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ADJANOHOUN Aaron Cédric Mahugnon</w:t>
      </w:r>
    </w:p>
    <w:p>
      <w:r>
        <w:rPr>
          <w:b/>
        </w:rPr>
        <w:t>Assistant Virtuel | Support Administratif | Service Client</w:t>
        <w:br/>
      </w:r>
      <w:r>
        <w:t>Cotonou, Bénin</w:t>
        <w:br/>
        <w:t>Téléphone : +229 01 56 35 18 66</w:t>
        <w:br/>
        <w:t>Email : aaronadjanohoun2@gmail.com</w:t>
      </w:r>
    </w:p>
    <w:p>
      <w:pPr>
        <w:pStyle w:val="Heading2"/>
      </w:pPr>
      <w:r>
        <w:t>Profil</w:t>
      </w:r>
    </w:p>
    <w:p>
      <w:r>
        <w:t>Assistant virtuel organisé, rigoureux et réactif, capable d'accompagner les entrepreneurs et les entreprises dans leurs tâches administratives et leur relation client. Je maîtrise la gestion des e-mails, la saisie de données, la recherche sur Internet, le support administratif, la création de documents professionnels et les outils bureautiques.</w:t>
      </w:r>
    </w:p>
    <w:p>
      <w:pPr>
        <w:pStyle w:val="Heading2"/>
      </w:pPr>
      <w:r>
        <w:t>Compétences</w:t>
      </w:r>
    </w:p>
    <w:p>
      <w:pPr>
        <w:pStyle w:val="ListBullet"/>
      </w:pPr>
      <w:r>
        <w:t>Assistance virtuelle</w:t>
      </w:r>
    </w:p>
    <w:p>
      <w:pPr>
        <w:pStyle w:val="ListBullet"/>
      </w:pPr>
      <w:r>
        <w:t>Support administratif</w:t>
      </w:r>
    </w:p>
    <w:p>
      <w:pPr>
        <w:pStyle w:val="ListBullet"/>
      </w:pPr>
      <w:r>
        <w:t>Gestion des e-mails</w:t>
      </w:r>
    </w:p>
    <w:p>
      <w:pPr>
        <w:pStyle w:val="ListBullet"/>
      </w:pPr>
      <w:r>
        <w:t>Service client</w:t>
      </w:r>
    </w:p>
    <w:p>
      <w:pPr>
        <w:pStyle w:val="ListBullet"/>
      </w:pPr>
      <w:r>
        <w:t>Saisie de données</w:t>
      </w:r>
    </w:p>
    <w:p>
      <w:pPr>
        <w:pStyle w:val="ListBullet"/>
      </w:pPr>
      <w:r>
        <w:t>Recherche Internet</w:t>
      </w:r>
    </w:p>
    <w:p>
      <w:pPr>
        <w:pStyle w:val="ListBullet"/>
      </w:pPr>
      <w:r>
        <w:t>Microsoft Word</w:t>
      </w:r>
    </w:p>
    <w:p>
      <w:pPr>
        <w:pStyle w:val="ListBullet"/>
      </w:pPr>
      <w:r>
        <w:t>Microsoft Excel</w:t>
      </w:r>
    </w:p>
    <w:p>
      <w:pPr>
        <w:pStyle w:val="ListBullet"/>
      </w:pPr>
      <w:r>
        <w:t>Google Docs</w:t>
      </w:r>
    </w:p>
    <w:p>
      <w:pPr>
        <w:pStyle w:val="ListBullet"/>
      </w:pPr>
      <w:r>
        <w:t>Google Sheets</w:t>
      </w:r>
    </w:p>
    <w:p>
      <w:pPr>
        <w:pStyle w:val="ListBullet"/>
      </w:pPr>
      <w:r>
        <w:t>Canva</w:t>
      </w:r>
    </w:p>
    <w:p>
      <w:pPr>
        <w:pStyle w:val="ListBullet"/>
      </w:pPr>
      <w:r>
        <w:t>Shopify</w:t>
      </w:r>
    </w:p>
    <w:p>
      <w:pPr>
        <w:pStyle w:val="ListBullet"/>
      </w:pPr>
      <w:r>
        <w:t>Communication professionnelle</w:t>
      </w:r>
    </w:p>
    <w:p>
      <w:pPr>
        <w:pStyle w:val="ListBullet"/>
      </w:pPr>
      <w:r>
        <w:t>Organisation</w:t>
      </w:r>
    </w:p>
    <w:p>
      <w:pPr>
        <w:pStyle w:val="Heading2"/>
      </w:pPr>
      <w:r>
        <w:t>Formation</w:t>
      </w:r>
    </w:p>
    <w:p>
      <w:r>
        <w:t>Licence 3 en Aménagement du Territoire</w:t>
      </w:r>
    </w:p>
    <w:p>
      <w:pPr>
        <w:pStyle w:val="Heading2"/>
      </w:pPr>
      <w:r>
        <w:t>Langues</w:t>
      </w:r>
    </w:p>
    <w:p>
      <w:r>
        <w:t>Français : Courant</w:t>
        <w:br/>
        <w:t>Anglais : Niveau intermédiaire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